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
      </w:pPr>
      <w:r>
        <w:rPr>
          <w:rFonts w:ascii="Arial" w:hAnsi="Arial"/>
          <w:b/>
          <w:color w:val="0D0E10"/>
          <w:sz w:val="34"/>
        </w:rPr>
        <w:t>QUOTEWRIGHT</w:t>
      </w:r>
      <w:r>
        <w:rPr>
          <w:b/>
          <w:color w:val="E2571F"/>
          <w:sz w:val="16"/>
        </w:rPr>
        <w:t xml:space="preserve">  |  PAINTING QUOTE TEMPLATE</w:t>
      </w:r>
    </w:p>
    <w:p>
      <w:pPr>
        <w:spacing w:after="100"/>
      </w:pPr>
      <w:r>
        <w:rPr>
          <w:color w:val="6E7278"/>
          <w:sz w:val="16"/>
        </w:rPr>
        <w:t>Blank, adaptable template  •  AUD  •  Australian English</w:t>
      </w:r>
    </w:p>
    <w:p>
      <w:pPr>
        <w:spacing w:after="80" w:line="240" w:lineRule="auto"/>
      </w:pPr>
      <w:r>
        <w:rPr>
          <w:i/>
          <w:color w:val="6E7278"/>
          <w:sz w:val="15"/>
        </w:rPr>
        <w:t>How to use: Replace every [bracketed placeholder], delete unused rows and check applicable tax, licence, contract and consumer requirements for the job and location. This template is not legal advice and does not, on its own, meet Queensland or other legal/contract requirements.</w:t>
      </w:r>
    </w:p>
    <w:p>
      <w:pPr>
        <w:pStyle w:val="Heading2"/>
        <w:spacing w:before="160" w:after="80"/>
      </w:pPr>
      <w:r>
        <w:rPr>
          <w:b/>
          <w:color w:val="E2571F"/>
          <w:sz w:val="20"/>
        </w:rPr>
        <w:t>1. BUSINESS &amp; QUOTE DETAILS</w:t>
      </w:r>
    </w:p>
    <w:tbl>
      <w:tblPr>
        <w:tblW w:type="auto" w:w="0"/>
        <w:tblLayout w:type="fixed"/>
        <w:tblLook w:firstColumn="1" w:firstRow="1" w:lastColumn="0" w:lastRow="0" w:noHBand="0" w:noVBand="1" w:val="04A0"/>
      </w:tblPr>
      <w:tblGrid>
        <w:gridCol w:w="2579"/>
        <w:gridCol w:w="2579"/>
        <w:gridCol w:w="2579"/>
        <w:gridCol w:w="2579"/>
      </w:tblGrid>
      <w:tr>
        <w:tc>
          <w:tcPr>
            <w:tcW w:type="dxa" w:w="1814"/>
            <w:tcMar>
              <w:top w:w="65" w:type="dxa"/>
              <w:start w:w="90" w:type="dxa"/>
              <w:bottom w:w="65" w:type="dxa"/>
              <w:end w:w="90" w:type="dxa"/>
            </w:tcMar>
            <w:tcBorders>
              <w:bottom w:val="single" w:sz="4" w:color="D8DADD"/>
            </w:tcBorders>
          </w:tcPr>
          <w:p>
            <w:pPr>
              <w:spacing w:after="0"/>
            </w:pPr>
            <w:r>
              <w:rPr>
                <w:b/>
                <w:color w:val="6E7278"/>
                <w:sz w:val="16"/>
              </w:rPr>
              <w:t>Business / trading name</w:t>
            </w:r>
          </w:p>
        </w:tc>
        <w:tc>
          <w:tcPr>
            <w:tcW w:type="dxa" w:w="3288"/>
            <w:tcMar>
              <w:top w:w="65" w:type="dxa"/>
              <w:start w:w="90" w:type="dxa"/>
              <w:bottom w:w="65" w:type="dxa"/>
              <w:end w:w="90" w:type="dxa"/>
            </w:tcMar>
            <w:tcBorders>
              <w:bottom w:val="single" w:sz="4" w:color="D8DADD"/>
            </w:tcBorders>
          </w:tcPr>
          <w:p>
            <w:pPr>
              <w:spacing w:after="0"/>
            </w:pPr>
            <w:r>
              <w:rPr>
                <w:sz w:val="16"/>
              </w:rPr>
              <w:t>[Business / trading name]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ABN</w:t>
            </w:r>
          </w:p>
        </w:tc>
        <w:tc>
          <w:tcPr>
            <w:tcW w:type="dxa" w:w="3288"/>
            <w:tcMar>
              <w:top w:w="65" w:type="dxa"/>
              <w:start w:w="90" w:type="dxa"/>
              <w:bottom w:w="65" w:type="dxa"/>
              <w:end w:w="90" w:type="dxa"/>
            </w:tcMar>
            <w:tcBorders>
              <w:bottom w:val="single" w:sz="4" w:color="D8DADD"/>
            </w:tcBorders>
          </w:tcPr>
          <w:p>
            <w:pPr>
              <w:spacing w:after="0"/>
            </w:pPr>
            <w:r>
              <w:rPr>
                <w:sz w:val="16"/>
              </w:rPr>
              <w:t>[ABN]</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Contact</w:t>
            </w:r>
          </w:p>
        </w:tc>
        <w:tc>
          <w:tcPr>
            <w:tcW w:type="dxa" w:w="3288"/>
            <w:tcMar>
              <w:top w:w="65" w:type="dxa"/>
              <w:start w:w="90" w:type="dxa"/>
              <w:bottom w:w="65" w:type="dxa"/>
              <w:end w:w="90" w:type="dxa"/>
            </w:tcMar>
            <w:tcBorders>
              <w:bottom w:val="single" w:sz="4" w:color="D8DADD"/>
            </w:tcBorders>
          </w:tcPr>
          <w:p>
            <w:pPr>
              <w:spacing w:after="0"/>
            </w:pPr>
            <w:r>
              <w:rPr>
                <w:sz w:val="16"/>
              </w:rPr>
              <w:t>[Contact name]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Phone</w:t>
            </w:r>
          </w:p>
        </w:tc>
        <w:tc>
          <w:tcPr>
            <w:tcW w:type="dxa" w:w="3288"/>
            <w:tcMar>
              <w:top w:w="65" w:type="dxa"/>
              <w:start w:w="90" w:type="dxa"/>
              <w:bottom w:w="65" w:type="dxa"/>
              <w:end w:w="90" w:type="dxa"/>
            </w:tcMar>
            <w:tcBorders>
              <w:bottom w:val="single" w:sz="4" w:color="D8DADD"/>
            </w:tcBorders>
          </w:tcPr>
          <w:p>
            <w:pPr>
              <w:spacing w:after="0"/>
            </w:pPr>
            <w:r>
              <w:rPr>
                <w:sz w:val="16"/>
              </w:rPr>
              <w:t>[Phone]</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Email</w:t>
            </w:r>
          </w:p>
        </w:tc>
        <w:tc>
          <w:tcPr>
            <w:tcW w:type="dxa" w:w="3288"/>
            <w:tcMar>
              <w:top w:w="65" w:type="dxa"/>
              <w:start w:w="90" w:type="dxa"/>
              <w:bottom w:w="65" w:type="dxa"/>
              <w:end w:w="90" w:type="dxa"/>
            </w:tcMar>
            <w:tcBorders>
              <w:bottom w:val="single" w:sz="4" w:color="D8DADD"/>
            </w:tcBorders>
          </w:tcPr>
          <w:p>
            <w:pPr>
              <w:spacing w:after="0"/>
            </w:pPr>
            <w:r>
              <w:rPr>
                <w:sz w:val="16"/>
              </w:rPr>
              <w:t>[Email]</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Licence (where applicable)</w:t>
            </w:r>
          </w:p>
        </w:tc>
        <w:tc>
          <w:tcPr>
            <w:tcW w:type="dxa" w:w="3288"/>
            <w:tcMar>
              <w:top w:w="65" w:type="dxa"/>
              <w:start w:w="90" w:type="dxa"/>
              <w:bottom w:w="65" w:type="dxa"/>
              <w:end w:w="90" w:type="dxa"/>
            </w:tcMar>
            <w:tcBorders>
              <w:bottom w:val="single" w:sz="4" w:color="D8DADD"/>
            </w:tcBorders>
          </w:tcPr>
          <w:p>
            <w:pPr>
              <w:spacing w:after="0"/>
            </w:pPr>
            <w:r>
              <w:rPr>
                <w:sz w:val="16"/>
              </w:rPr>
              <w:t>[Licence number / class / N/A]</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Business address</w:t>
            </w:r>
          </w:p>
        </w:tc>
        <w:tc>
          <w:tcPr>
            <w:tcW w:type="dxa" w:w="3288"/>
            <w:tcMar>
              <w:top w:w="65" w:type="dxa"/>
              <w:start w:w="90" w:type="dxa"/>
              <w:bottom w:w="65" w:type="dxa"/>
              <w:end w:w="90" w:type="dxa"/>
            </w:tcMar>
            <w:tcBorders>
              <w:bottom w:val="single" w:sz="4" w:color="D8DADD"/>
            </w:tcBorders>
          </w:tcPr>
          <w:p>
            <w:pPr>
              <w:spacing w:after="0"/>
            </w:pPr>
            <w:r>
              <w:rPr>
                <w:sz w:val="16"/>
              </w:rPr>
              <w:t>[Business address]</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Quote number</w:t>
            </w:r>
          </w:p>
        </w:tc>
        <w:tc>
          <w:tcPr>
            <w:tcW w:type="dxa" w:w="3288"/>
            <w:tcMar>
              <w:top w:w="65" w:type="dxa"/>
              <w:start w:w="90" w:type="dxa"/>
              <w:bottom w:w="65" w:type="dxa"/>
              <w:end w:w="90" w:type="dxa"/>
            </w:tcMar>
            <w:tcBorders>
              <w:bottom w:val="single" w:sz="4" w:color="D8DADD"/>
            </w:tcBorders>
          </w:tcPr>
          <w:p>
            <w:pPr>
              <w:spacing w:after="0"/>
            </w:pPr>
            <w:r>
              <w:rPr>
                <w:sz w:val="16"/>
              </w:rPr>
              <w:t>[Quote number]</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Quote date</w:t>
            </w:r>
          </w:p>
        </w:tc>
        <w:tc>
          <w:tcPr>
            <w:tcW w:type="dxa" w:w="3288"/>
            <w:tcMar>
              <w:top w:w="65" w:type="dxa"/>
              <w:start w:w="90" w:type="dxa"/>
              <w:bottom w:w="65" w:type="dxa"/>
              <w:end w:w="90" w:type="dxa"/>
            </w:tcMar>
            <w:tcBorders>
              <w:bottom w:val="single" w:sz="4" w:color="D8DADD"/>
            </w:tcBorders>
          </w:tcPr>
          <w:p>
            <w:pPr>
              <w:spacing w:after="0"/>
            </w:pPr>
            <w:r>
              <w:rPr>
                <w:sz w:val="16"/>
              </w:rPr>
              <w:t>[DD/MM/YYYY]</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Valid until</w:t>
            </w:r>
          </w:p>
        </w:tc>
        <w:tc>
          <w:tcPr>
            <w:tcW w:type="dxa" w:w="3288"/>
            <w:tcMar>
              <w:top w:w="65" w:type="dxa"/>
              <w:start w:w="90" w:type="dxa"/>
              <w:bottom w:w="65" w:type="dxa"/>
              <w:end w:w="90" w:type="dxa"/>
            </w:tcMar>
            <w:tcBorders>
              <w:bottom w:val="single" w:sz="4" w:color="D8DADD"/>
            </w:tcBorders>
          </w:tcPr>
          <w:p>
            <w:pPr>
              <w:spacing w:after="0"/>
            </w:pPr>
            <w:r>
              <w:rPr>
                <w:sz w:val="16"/>
              </w:rPr>
              <w:t>[DD/MM/YYYY]</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Customer</w:t>
            </w:r>
          </w:p>
        </w:tc>
        <w:tc>
          <w:tcPr>
            <w:tcW w:type="dxa" w:w="3288"/>
            <w:tcMar>
              <w:top w:w="65" w:type="dxa"/>
              <w:start w:w="90" w:type="dxa"/>
              <w:bottom w:w="65" w:type="dxa"/>
              <w:end w:w="90" w:type="dxa"/>
            </w:tcMar>
            <w:tcBorders>
              <w:bottom w:val="single" w:sz="4" w:color="D8DADD"/>
            </w:tcBorders>
          </w:tcPr>
          <w:p>
            <w:pPr>
              <w:spacing w:after="0"/>
            </w:pPr>
            <w:r>
              <w:rPr>
                <w:sz w:val="16"/>
              </w:rPr>
              <w:t>[Customer name]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Customer contact</w:t>
            </w:r>
          </w:p>
        </w:tc>
        <w:tc>
          <w:tcPr>
            <w:tcW w:type="dxa" w:w="3288"/>
            <w:tcMar>
              <w:top w:w="65" w:type="dxa"/>
              <w:start w:w="90" w:type="dxa"/>
              <w:bottom w:w="65" w:type="dxa"/>
              <w:end w:w="90" w:type="dxa"/>
            </w:tcMar>
            <w:tcBorders>
              <w:bottom w:val="single" w:sz="4" w:color="D8DADD"/>
            </w:tcBorders>
          </w:tcPr>
          <w:p>
            <w:pPr>
              <w:spacing w:after="0"/>
            </w:pPr>
            <w:r>
              <w:rPr>
                <w:sz w:val="16"/>
              </w:rPr>
              <w:t>[Customer contact]</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Site address</w:t>
            </w:r>
          </w:p>
        </w:tc>
        <w:tc>
          <w:tcPr>
            <w:tcW w:type="dxa" w:w="3288"/>
            <w:tcMar>
              <w:top w:w="65" w:type="dxa"/>
              <w:start w:w="90" w:type="dxa"/>
              <w:bottom w:w="65" w:type="dxa"/>
              <w:end w:w="90" w:type="dxa"/>
            </w:tcMar>
            <w:tcBorders>
              <w:bottom w:val="single" w:sz="4" w:color="D8DADD"/>
            </w:tcBorders>
          </w:tcPr>
          <w:p>
            <w:pPr>
              <w:spacing w:after="0"/>
            </w:pPr>
            <w:r>
              <w:rPr>
                <w:sz w:val="16"/>
              </w:rPr>
              <w:t>[Site address]</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r>
          </w:p>
        </w:tc>
        <w:tc>
          <w:tcPr>
            <w:tcW w:type="dxa" w:w="3288"/>
            <w:tcMar>
              <w:top w:w="65" w:type="dxa"/>
              <w:start w:w="90" w:type="dxa"/>
              <w:bottom w:w="65" w:type="dxa"/>
              <w:end w:w="90" w:type="dxa"/>
            </w:tcMar>
            <w:tcBorders>
              <w:bottom w:val="single" w:sz="4" w:color="D8DADD"/>
            </w:tcBorders>
          </w:tcPr>
          <w:p>
            <w:pPr>
              <w:spacing w:after="0"/>
            </w:pPr>
            <w:r>
              <w:rPr>
                <w:sz w:val="16"/>
              </w:rPr>
            </w:r>
          </w:p>
        </w:tc>
      </w:tr>
    </w:tbl>
    <w:p>
      <w:pPr>
        <w:pStyle w:val="Heading2"/>
        <w:spacing w:before="160" w:after="80"/>
      </w:pPr>
      <w:r>
        <w:rPr>
          <w:b/>
          <w:color w:val="E2571F"/>
          <w:sz w:val="20"/>
        </w:rPr>
        <w:t>2. SCOPE OF WORK</w:t>
      </w:r>
    </w:p>
    <w:tbl>
      <w:tblPr>
        <w:tblW w:type="auto" w:w="0"/>
        <w:jc w:val="center"/>
        <w:tblLayout w:type="fixed"/>
        <w:tblLook w:firstColumn="1" w:firstRow="1" w:lastColumn="0" w:lastRow="0" w:noHBand="0" w:noVBand="1" w:val="04A0"/>
      </w:tblPr>
      <w:tblGrid>
        <w:gridCol w:w="2064"/>
        <w:gridCol w:w="2064"/>
        <w:gridCol w:w="2064"/>
        <w:gridCol w:w="2064"/>
        <w:gridCol w:w="2064"/>
      </w:tblGrid>
      <w:tr>
        <w:tc>
          <w:tcPr>
            <w:tcW w:type="dxa" w:w="170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Area / surface</w:t>
            </w:r>
          </w:p>
        </w:tc>
        <w:tc>
          <w:tcPr>
            <w:tcW w:type="dxa" w:w="272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Work included</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Preparation</w:t>
            </w:r>
          </w:p>
        </w:tc>
        <w:tc>
          <w:tcPr>
            <w:tcW w:type="dxa" w:w="2835"/>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Products / coats / colours</w:t>
            </w:r>
          </w:p>
        </w:tc>
        <w:tc>
          <w:tcPr>
            <w:tcW w:type="dxa" w:w="136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Amount (AUD)</w:t>
            </w:r>
          </w:p>
        </w:tc>
      </w:tr>
      <w:tr>
        <w:tc>
          <w:tcPr>
            <w:tcW w:type="dxa" w:w="170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[Area / surface]</w:t>
            </w:r>
          </w:p>
        </w:tc>
        <w:tc>
          <w:tcPr>
            <w:tcW w:type="dxa" w:w="272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[Describe included painting work]</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[Preparation]</w:t>
            </w:r>
          </w:p>
        </w:tc>
        <w:tc>
          <w:tcPr>
            <w:tcW w:type="dxa" w:w="2835"/>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[Product, coats, colour]</w:t>
            </w:r>
          </w:p>
        </w:tc>
        <w:tc>
          <w:tcPr>
            <w:tcW w:type="dxa" w:w="136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r>
      <w:tr>
        <w:tc>
          <w:tcPr>
            <w:tcW w:type="dxa" w:w="170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[Area / surface]</w:t>
            </w:r>
          </w:p>
        </w:tc>
        <w:tc>
          <w:tcPr>
            <w:tcW w:type="dxa" w:w="272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[Describe included painting work]</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[Preparation]</w:t>
            </w:r>
          </w:p>
        </w:tc>
        <w:tc>
          <w:tcPr>
            <w:tcW w:type="dxa" w:w="2835"/>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[Product, coats, colour]</w:t>
            </w:r>
          </w:p>
        </w:tc>
        <w:tc>
          <w:tcPr>
            <w:tcW w:type="dxa" w:w="136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r>
      <w:tr>
        <w:tc>
          <w:tcPr>
            <w:tcW w:type="dxa" w:w="170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[Area / surface]</w:t>
            </w:r>
          </w:p>
        </w:tc>
        <w:tc>
          <w:tcPr>
            <w:tcW w:type="dxa" w:w="272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[Describe included painting work]</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[Preparation]</w:t>
            </w:r>
          </w:p>
        </w:tc>
        <w:tc>
          <w:tcPr>
            <w:tcW w:type="dxa" w:w="2835"/>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[Product, coats, colour]</w:t>
            </w:r>
          </w:p>
        </w:tc>
        <w:tc>
          <w:tcPr>
            <w:tcW w:type="dxa" w:w="136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r>
    </w:tbl>
    <w:p>
      <w:pPr>
        <w:spacing w:after="40" w:line="245" w:lineRule="auto"/>
      </w:pPr>
      <w:r>
        <w:rPr>
          <w:color w:val="0D0E10"/>
          <w:sz w:val="17"/>
        </w:rPr>
        <w:t>Scope notes / inclusions: [Add agreed inclusions, specification references and limitations]</w:t>
      </w:r>
    </w:p>
    <w:p>
      <w:pPr>
        <w:spacing w:after="40" w:line="245" w:lineRule="auto"/>
      </w:pPr>
      <w:r>
        <w:rPr>
          <w:color w:val="0D0E10"/>
          <w:sz w:val="17"/>
        </w:rPr>
        <w:t>Colour selection / approvals: [Customer selections, approval date, colour schedule or N/A]</w:t>
      </w:r>
    </w:p>
    <w:p>
      <w:r>
        <w:br w:type="page"/>
      </w:r>
    </w:p>
    <w:p>
      <w:r>
        <w:rPr>
          <w:b/>
          <w:color w:val="0D0E10"/>
          <w:sz w:val="28"/>
        </w:rPr>
        <w:t>COMMERCIAL TERMS &amp; PRICE</w:t>
      </w:r>
    </w:p>
    <w:p>
      <w:pPr>
        <w:pStyle w:val="Heading2"/>
        <w:spacing w:before="160" w:after="80"/>
      </w:pPr>
      <w:r>
        <w:rPr>
          <w:b/>
          <w:color w:val="E2571F"/>
          <w:sz w:val="20"/>
        </w:rPr>
        <w:t>3. EXCLUSIONS</w:t>
      </w:r>
    </w:p>
    <w:p>
      <w:pPr>
        <w:spacing w:after="40" w:line="245" w:lineRule="auto"/>
      </w:pPr>
      <w:r>
        <w:rPr>
          <w:color w:val="0D0E10"/>
          <w:sz w:val="17"/>
        </w:rPr>
        <w:t>[State exclusions, including only items reviewed for this job.]</w:t>
      </w:r>
    </w:p>
    <w:p>
      <w:pPr>
        <w:spacing w:after="40" w:line="245" w:lineRule="auto"/>
      </w:pPr>
      <w:r>
        <w:rPr>
          <w:color w:val="0D0E10"/>
          <w:sz w:val="17"/>
        </w:rPr>
        <w:t>[Additional exclusion / qualification]</w:t>
      </w:r>
    </w:p>
    <w:p>
      <w:pPr>
        <w:pStyle w:val="Heading2"/>
        <w:spacing w:before="160" w:after="80"/>
      </w:pPr>
      <w:r>
        <w:rPr>
          <w:b/>
          <w:color w:val="E2571F"/>
          <w:sz w:val="20"/>
        </w:rPr>
        <w:t>4. ACCESS, PROTECTION &amp; CLEANUP</w:t>
      </w:r>
    </w:p>
    <w:p>
      <w:pPr>
        <w:spacing w:after="40" w:line="245" w:lineRule="auto"/>
      </w:pPr>
      <w:r>
        <w:rPr>
          <w:color w:val="0D0E10"/>
          <w:sz w:val="17"/>
        </w:rPr>
        <w:t>Access arrangements: [Access hours, keys, parking, site contact or other arrangements]</w:t>
      </w:r>
    </w:p>
    <w:p>
      <w:pPr>
        <w:spacing w:after="40" w:line="245" w:lineRule="auto"/>
      </w:pPr>
      <w:r>
        <w:rPr>
          <w:color w:val="0D0E10"/>
          <w:sz w:val="17"/>
        </w:rPr>
        <w:t>Protection: [Surfaces / furnishings / landscaping / other protection arrangements]</w:t>
      </w:r>
    </w:p>
    <w:p>
      <w:pPr>
        <w:spacing w:after="40" w:line="245" w:lineRule="auto"/>
      </w:pPr>
      <w:r>
        <w:rPr>
          <w:color w:val="0D0E10"/>
          <w:sz w:val="17"/>
        </w:rPr>
        <w:t>Cleanup and waste: [Cleanup, waste removal and handover arrangements]</w:t>
      </w:r>
    </w:p>
    <w:p>
      <w:pPr>
        <w:pStyle w:val="Heading2"/>
        <w:spacing w:before="160" w:after="80"/>
      </w:pPr>
      <w:r>
        <w:rPr>
          <w:b/>
          <w:color w:val="E2571F"/>
          <w:sz w:val="20"/>
        </w:rPr>
        <w:t>5. TIMING &amp; VARIATIONS</w:t>
      </w:r>
    </w:p>
    <w:p>
      <w:pPr>
        <w:spacing w:after="40" w:line="245" w:lineRule="auto"/>
      </w:pPr>
      <w:r>
        <w:rPr>
          <w:color w:val="0D0E10"/>
          <w:sz w:val="17"/>
        </w:rPr>
        <w:t>Timing assumptions: [Indicative start, duration, weather / drying / access assumptions and dependencies]</w:t>
      </w:r>
    </w:p>
    <w:p>
      <w:pPr>
        <w:spacing w:after="40" w:line="245" w:lineRule="auto"/>
      </w:pPr>
      <w:r>
        <w:rPr>
          <w:color w:val="0D0E10"/>
          <w:sz w:val="17"/>
        </w:rPr>
        <w:t>Variations: Work outside this quote requires a written agreement describing scope, price and timing before proceeding, unless otherwise agreed in a reviewed job-specific contract.</w:t>
      </w:r>
    </w:p>
    <w:p>
      <w:pPr>
        <w:pStyle w:val="Heading2"/>
        <w:spacing w:before="160" w:after="80"/>
      </w:pPr>
      <w:r>
        <w:rPr>
          <w:b/>
          <w:color w:val="E2571F"/>
          <w:sz w:val="20"/>
        </w:rPr>
        <w:t>6. PRICE BREAKDOWN (AUD)</w:t>
      </w:r>
    </w:p>
    <w:tbl>
      <w:tblPr>
        <w:tblW w:type="auto" w:w="0"/>
        <w:jc w:val="center"/>
        <w:tblLayout w:type="fixed"/>
        <w:tblLook w:firstColumn="1" w:firstRow="1" w:lastColumn="0" w:lastRow="0" w:noHBand="0" w:noVBand="1" w:val="04A0"/>
      </w:tblPr>
      <w:tblGrid>
        <w:gridCol w:w="5159"/>
        <w:gridCol w:w="5159"/>
      </w:tblGrid>
      <w:tr>
        <w:tc>
          <w:tcPr>
            <w:tcW w:type="dxa" w:w="7370"/>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Description</w:t>
            </w:r>
          </w:p>
        </w:tc>
        <w:tc>
          <w:tcPr>
            <w:tcW w:type="dxa" w:w="323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Amount (AUD)</w:t>
            </w:r>
          </w:p>
        </w:tc>
      </w:tr>
      <w:tr>
        <w:tc>
          <w:tcPr>
            <w:tcW w:type="dxa" w:w="7370"/>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[Labour / materials / other]</w:t>
            </w:r>
          </w:p>
        </w:tc>
        <w:tc>
          <w:tcPr>
            <w:tcW w:type="dxa" w:w="323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r>
      <w:tr>
        <w:tc>
          <w:tcPr>
            <w:tcW w:type="dxa" w:w="7370"/>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[Other price item]</w:t>
            </w:r>
          </w:p>
        </w:tc>
        <w:tc>
          <w:tcPr>
            <w:tcW w:type="dxa" w:w="323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r>
      <w:tr>
        <w:tc>
          <w:tcPr>
            <w:tcW w:type="dxa" w:w="7370"/>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Subtotal</w:t>
            </w:r>
          </w:p>
        </w:tc>
        <w:tc>
          <w:tcPr>
            <w:tcW w:type="dxa" w:w="323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$[subtotal]</w:t>
            </w:r>
          </w:p>
        </w:tc>
      </w:tr>
      <w:tr>
        <w:tc>
          <w:tcPr>
            <w:tcW w:type="dxa" w:w="7370"/>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GST status: [GST inclusive / GST exclusive / GST not applicable]</w:t>
            </w:r>
          </w:p>
        </w:tc>
        <w:tc>
          <w:tcPr>
            <w:tcW w:type="dxa" w:w="323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GST amount: $[GST amount]</w:t>
            </w:r>
          </w:p>
        </w:tc>
      </w:tr>
      <w:tr>
        <w:tc>
          <w:tcPr>
            <w:tcW w:type="dxa" w:w="7370"/>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TOTAL</w:t>
            </w:r>
          </w:p>
        </w:tc>
        <w:tc>
          <w:tcPr>
            <w:tcW w:type="dxa" w:w="3231"/>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$[total]</w:t>
            </w:r>
          </w:p>
        </w:tc>
      </w:tr>
    </w:tbl>
    <w:p>
      <w:pPr>
        <w:pStyle w:val="Heading2"/>
        <w:spacing w:before="160" w:after="80"/>
      </w:pPr>
      <w:r>
        <w:rPr>
          <w:b/>
          <w:color w:val="E2571F"/>
          <w:sz w:val="20"/>
        </w:rPr>
        <w:t>7. PAYMENT STAGES</w:t>
      </w:r>
    </w:p>
    <w:tbl>
      <w:tblPr>
        <w:tblW w:type="auto" w:w="0"/>
        <w:jc w:val="center"/>
        <w:tblLayout w:type="fixed"/>
        <w:tblLook w:firstColumn="1" w:firstRow="1" w:lastColumn="0" w:lastRow="0" w:noHBand="0" w:noVBand="1" w:val="04A0"/>
      </w:tblPr>
      <w:tblGrid>
        <w:gridCol w:w="3439"/>
        <w:gridCol w:w="3439"/>
        <w:gridCol w:w="3439"/>
      </w:tblGrid>
      <w:tr>
        <w:tc>
          <w:tcPr>
            <w:tcW w:type="dxa" w:w="4819"/>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Stage / due trigger</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Amount (AUD)</w:t>
            </w:r>
          </w:p>
        </w:tc>
        <w:tc>
          <w:tcPr>
            <w:tcW w:type="dxa" w:w="3798"/>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shd w:fill="0D0E10"/>
          </w:tcPr>
          <w:p>
            <w:pPr>
              <w:spacing w:after="0" w:before="0"/>
            </w:pPr>
            <w:r>
              <w:rPr>
                <w:b/>
                <w:color w:val="FFFFFF"/>
                <w:sz w:val="16"/>
              </w:rPr>
              <w:t>Due date / terms</w:t>
            </w:r>
          </w:p>
        </w:tc>
      </w:tr>
      <w:tr>
        <w:tc>
          <w:tcPr>
            <w:tcW w:type="dxa" w:w="4819"/>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[Deposit or first stage]</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c>
          <w:tcPr>
            <w:tcW w:type="dxa" w:w="3798"/>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[Due date / terms]</w:t>
            </w:r>
          </w:p>
        </w:tc>
      </w:tr>
      <w:tr>
        <w:tc>
          <w:tcPr>
            <w:tcW w:type="dxa" w:w="4819"/>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[Progress stage]</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c>
          <w:tcPr>
            <w:tcW w:type="dxa" w:w="3798"/>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[Due date / terms]</w:t>
            </w:r>
          </w:p>
        </w:tc>
      </w:tr>
      <w:tr>
        <w:tc>
          <w:tcPr>
            <w:tcW w:type="dxa" w:w="4819"/>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[Final stage]</w:t>
            </w:r>
          </w:p>
        </w:tc>
        <w:tc>
          <w:tcPr>
            <w:tcW w:type="dxa" w:w="1984"/>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$[amount]</w:t>
            </w:r>
          </w:p>
        </w:tc>
        <w:tc>
          <w:tcPr>
            <w:tcW w:type="dxa" w:w="3798"/>
            <w:vAlign w:val="center"/>
            <w:tcMar>
              <w:top w:w="90" w:type="dxa"/>
              <w:start w:w="120" w:type="dxa"/>
              <w:bottom w:w="90" w:type="dxa"/>
              <w:end w:w="120" w:type="dxa"/>
            </w:tcMar>
            <w:tcBorders>
              <w:top w:val="single" w:sz="4" w:color="D8DADD"/>
              <w:bottom w:val="single" w:sz="4" w:color="D8DADD"/>
              <w:start w:val="single" w:sz="4" w:color="D8DADD"/>
              <w:end w:val="single" w:sz="4" w:color="D8DADD"/>
            </w:tcBorders>
          </w:tcPr>
          <w:p>
            <w:pPr>
              <w:spacing w:after="0" w:before="0"/>
            </w:pPr>
            <w:r>
              <w:rPr>
                <w:sz w:val="16"/>
              </w:rPr>
              <w:t>[Due date / terms]</w:t>
            </w:r>
          </w:p>
        </w:tc>
      </w:tr>
    </w:tbl>
    <w:p>
      <w:pPr>
        <w:spacing w:after="40" w:line="245" w:lineRule="auto"/>
      </w:pPr>
      <w:r>
        <w:rPr>
          <w:color w:val="0D0E10"/>
          <w:sz w:val="17"/>
        </w:rPr>
        <w:t>Payment method / account details: [Insert payment method or invoice details]</w:t>
      </w:r>
    </w:p>
    <w:p>
      <w:r>
        <w:br w:type="page"/>
      </w:r>
    </w:p>
    <w:p>
      <w:r>
        <w:rPr>
          <w:b/>
          <w:color w:val="0D0E10"/>
          <w:sz w:val="28"/>
        </w:rPr>
        <w:t>WARRANTY, TERMS &amp; ACCEPTANCE</w:t>
      </w:r>
    </w:p>
    <w:p>
      <w:pPr>
        <w:pStyle w:val="Heading2"/>
        <w:spacing w:before="160" w:after="80"/>
      </w:pPr>
      <w:r>
        <w:rPr>
          <w:b/>
          <w:color w:val="E2571F"/>
          <w:sz w:val="20"/>
        </w:rPr>
        <w:t>8. WARRANTY</w:t>
      </w:r>
    </w:p>
    <w:p>
      <w:pPr>
        <w:spacing w:after="40" w:line="245" w:lineRule="auto"/>
      </w:pPr>
      <w:r>
        <w:rPr>
          <w:color w:val="0D0E10"/>
          <w:sz w:val="17"/>
        </w:rPr>
        <w:t>Actual warranty wording: [Insert only the warranty wording approved for this job.]</w:t>
      </w:r>
    </w:p>
    <w:p>
      <w:pPr>
        <w:spacing w:after="40" w:line="245" w:lineRule="auto"/>
      </w:pPr>
      <w:r>
        <w:rPr>
          <w:color w:val="0D0E10"/>
          <w:sz w:val="17"/>
        </w:rPr>
        <w:t>Warranty duration: [Duration]</w:t>
      </w:r>
    </w:p>
    <w:p>
      <w:pPr>
        <w:spacing w:after="40" w:line="245" w:lineRule="auto"/>
      </w:pPr>
      <w:r>
        <w:rPr>
          <w:color w:val="0D0E10"/>
          <w:sz w:val="17"/>
        </w:rPr>
        <w:t>Warranty start / conditions: [Start date and applicable conditions]</w:t>
      </w:r>
    </w:p>
    <w:p>
      <w:pPr>
        <w:pStyle w:val="Heading2"/>
        <w:spacing w:before="160" w:after="80"/>
      </w:pPr>
      <w:r>
        <w:rPr>
          <w:b/>
          <w:color w:val="E2571F"/>
          <w:sz w:val="20"/>
        </w:rPr>
        <w:t>9. REVIEWED JOB-SPECIFIC TERMS &amp; ATTACHMENTS</w:t>
      </w:r>
    </w:p>
    <w:p>
      <w:pPr>
        <w:spacing w:after="80" w:line="240" w:lineRule="auto"/>
      </w:pPr>
      <w:r>
        <w:rPr>
          <w:i/>
          <w:color w:val="6E7278"/>
          <w:sz w:val="15"/>
        </w:rPr>
        <w:t>This quote is subject to the reviewed job-specific contract terms and attachments listed below. Attach or identify the current versions before acceptance.</w:t>
      </w:r>
    </w:p>
    <w:p>
      <w:pPr>
        <w:spacing w:after="40" w:line="245" w:lineRule="auto"/>
      </w:pPr>
      <w:r>
        <w:rPr>
          <w:color w:val="0D0E10"/>
          <w:sz w:val="17"/>
        </w:rPr>
        <w:t>[Contract / terms title, version and date]</w:t>
      </w:r>
    </w:p>
    <w:p>
      <w:pPr>
        <w:spacing w:after="40" w:line="245" w:lineRule="auto"/>
      </w:pPr>
      <w:r>
        <w:rPr>
          <w:color w:val="0D0E10"/>
          <w:sz w:val="17"/>
        </w:rPr>
        <w:t>[Attachment: scope / colour schedule / site plan / other]</w:t>
      </w:r>
    </w:p>
    <w:p>
      <w:pPr>
        <w:spacing w:after="40" w:line="245" w:lineRule="auto"/>
      </w:pPr>
      <w:r>
        <w:rPr>
          <w:color w:val="0D0E10"/>
          <w:sz w:val="17"/>
        </w:rPr>
        <w:t>[Attachment: exclusions / variation process / other]</w:t>
      </w:r>
    </w:p>
    <w:p>
      <w:pPr>
        <w:spacing w:after="40" w:line="245" w:lineRule="auto"/>
      </w:pPr>
      <w:r>
        <w:rPr>
          <w:color w:val="0D0E10"/>
          <w:sz w:val="17"/>
        </w:rPr>
        <w:t>[Other reviewed job-specific term or attachment]</w:t>
      </w:r>
    </w:p>
    <w:p>
      <w:pPr>
        <w:pStyle w:val="Heading2"/>
        <w:spacing w:before="160" w:after="80"/>
      </w:pPr>
      <w:r>
        <w:rPr>
          <w:b/>
          <w:color w:val="E2571F"/>
          <w:sz w:val="20"/>
        </w:rPr>
        <w:t>10. NEXT STEP</w:t>
      </w:r>
    </w:p>
    <w:p>
      <w:pPr>
        <w:spacing w:after="40" w:line="245" w:lineRule="auto"/>
      </w:pPr>
      <w:r>
        <w:rPr>
          <w:color w:val="0D0E10"/>
          <w:sz w:val="17"/>
        </w:rPr>
        <w:t>To proceed, review this quote and the listed terms and attachments, confirm any selections or changes, then sign below or accept by the agreed method.</w:t>
      </w:r>
    </w:p>
    <w:p>
      <w:pPr>
        <w:pStyle w:val="Heading2"/>
        <w:spacing w:before="160" w:after="80"/>
      </w:pPr>
      <w:r>
        <w:rPr>
          <w:b/>
          <w:color w:val="E2571F"/>
          <w:sz w:val="20"/>
        </w:rPr>
        <w:t>11. ACCEPTANCE</w:t>
      </w:r>
    </w:p>
    <w:p>
      <w:pPr>
        <w:spacing w:after="80" w:line="240" w:lineRule="auto"/>
      </w:pPr>
      <w:r>
        <w:rPr>
          <w:i/>
          <w:color w:val="6E7278"/>
          <w:sz w:val="15"/>
        </w:rPr>
        <w:t>Customer acceptance is subject to the reviewed job-specific terms and attachments listed above.</w:t>
      </w:r>
    </w:p>
    <w:tbl>
      <w:tblPr>
        <w:tblW w:type="auto" w:w="0"/>
        <w:tblLayout w:type="fixed"/>
        <w:tblLook w:firstColumn="1" w:firstRow="1" w:lastColumn="0" w:lastRow="0" w:noHBand="0" w:noVBand="1" w:val="04A0"/>
      </w:tblPr>
      <w:tblGrid>
        <w:gridCol w:w="2579"/>
        <w:gridCol w:w="2579"/>
        <w:gridCol w:w="2579"/>
        <w:gridCol w:w="2579"/>
      </w:tblGrid>
      <w:tr>
        <w:tc>
          <w:tcPr>
            <w:tcW w:type="dxa" w:w="1814"/>
            <w:tcMar>
              <w:top w:w="65" w:type="dxa"/>
              <w:start w:w="90" w:type="dxa"/>
              <w:bottom w:w="65" w:type="dxa"/>
              <w:end w:w="90" w:type="dxa"/>
            </w:tcMar>
            <w:tcBorders>
              <w:bottom w:val="single" w:sz="4" w:color="D8DADD"/>
            </w:tcBorders>
          </w:tcPr>
          <w:p>
            <w:pPr>
              <w:spacing w:after="0"/>
            </w:pPr>
            <w:r>
              <w:rPr>
                <w:b/>
                <w:color w:val="6E7278"/>
                <w:sz w:val="16"/>
              </w:rPr>
              <w:t>Accepted by (customer)</w:t>
            </w:r>
          </w:p>
        </w:tc>
        <w:tc>
          <w:tcPr>
            <w:tcW w:type="dxa" w:w="3288"/>
            <w:tcMar>
              <w:top w:w="65" w:type="dxa"/>
              <w:start w:w="90" w:type="dxa"/>
              <w:bottom w:w="65" w:type="dxa"/>
              <w:end w:w="90" w:type="dxa"/>
            </w:tcMar>
            <w:tcBorders>
              <w:bottom w:val="single" w:sz="4" w:color="D8DADD"/>
            </w:tcBorders>
          </w:tcPr>
          <w:p>
            <w:pPr>
              <w:spacing w:after="0"/>
            </w:pPr>
            <w:r>
              <w:rPr>
                <w:sz w:val="16"/>
              </w:rPr>
              <w:t>[Name]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Date</w:t>
            </w:r>
          </w:p>
        </w:tc>
        <w:tc>
          <w:tcPr>
            <w:tcW w:type="dxa" w:w="3288"/>
            <w:tcMar>
              <w:top w:w="65" w:type="dxa"/>
              <w:start w:w="90" w:type="dxa"/>
              <w:bottom w:w="65" w:type="dxa"/>
              <w:end w:w="90" w:type="dxa"/>
            </w:tcMar>
            <w:tcBorders>
              <w:bottom w:val="single" w:sz="4" w:color="D8DADD"/>
            </w:tcBorders>
          </w:tcPr>
          <w:p>
            <w:pPr>
              <w:spacing w:after="0"/>
            </w:pPr>
            <w:r>
              <w:rPr>
                <w:sz w:val="16"/>
              </w:rPr>
              <w:t>[DD/MM/YYYY]</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Signature</w:t>
            </w:r>
          </w:p>
        </w:tc>
        <w:tc>
          <w:tcPr>
            <w:tcW w:type="dxa" w:w="3288"/>
            <w:tcMar>
              <w:top w:w="65" w:type="dxa"/>
              <w:start w:w="90" w:type="dxa"/>
              <w:bottom w:w="65" w:type="dxa"/>
              <w:end w:w="90" w:type="dxa"/>
            </w:tcMar>
            <w:tcBorders>
              <w:bottom w:val="single" w:sz="4" w:color="D8DADD"/>
            </w:tcBorders>
          </w:tcPr>
          <w:p>
            <w:pPr>
              <w:spacing w:after="0"/>
            </w:pPr>
            <w:r>
              <w:rPr>
                <w:sz w:val="16"/>
              </w:rPr>
              <w:t>[Signature]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r>
          </w:p>
        </w:tc>
        <w:tc>
          <w:tcPr>
            <w:tcW w:type="dxa" w:w="3288"/>
            <w:tcMar>
              <w:top w:w="65" w:type="dxa"/>
              <w:start w:w="90" w:type="dxa"/>
              <w:bottom w:w="65" w:type="dxa"/>
              <w:end w:w="90" w:type="dxa"/>
            </w:tcMar>
            <w:tcBorders>
              <w:bottom w:val="single" w:sz="4" w:color="D8DADD"/>
            </w:tcBorders>
          </w:tcPr>
          <w:p>
            <w:pPr>
              <w:spacing w:after="0"/>
            </w:pPr>
            <w:r>
              <w:rPr>
                <w:sz w:val="16"/>
              </w:rPr>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Accepted for [Business / trading name]</w:t>
            </w:r>
          </w:p>
        </w:tc>
        <w:tc>
          <w:tcPr>
            <w:tcW w:type="dxa" w:w="3288"/>
            <w:tcMar>
              <w:top w:w="65" w:type="dxa"/>
              <w:start w:w="90" w:type="dxa"/>
              <w:bottom w:w="65" w:type="dxa"/>
              <w:end w:w="90" w:type="dxa"/>
            </w:tcMar>
            <w:tcBorders>
              <w:bottom w:val="single" w:sz="4" w:color="D8DADD"/>
            </w:tcBorders>
          </w:tcPr>
          <w:p>
            <w:pPr>
              <w:spacing w:after="0"/>
            </w:pPr>
            <w:r>
              <w:rPr>
                <w:sz w:val="16"/>
              </w:rPr>
              <w:t>[Name]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t>Date</w:t>
            </w:r>
          </w:p>
        </w:tc>
        <w:tc>
          <w:tcPr>
            <w:tcW w:type="dxa" w:w="3288"/>
            <w:tcMar>
              <w:top w:w="65" w:type="dxa"/>
              <w:start w:w="90" w:type="dxa"/>
              <w:bottom w:w="65" w:type="dxa"/>
              <w:end w:w="90" w:type="dxa"/>
            </w:tcMar>
            <w:tcBorders>
              <w:bottom w:val="single" w:sz="4" w:color="D8DADD"/>
            </w:tcBorders>
          </w:tcPr>
          <w:p>
            <w:pPr>
              <w:spacing w:after="0"/>
            </w:pPr>
            <w:r>
              <w:rPr>
                <w:sz w:val="16"/>
              </w:rPr>
              <w:t>[DD/MM/YYYY]</w:t>
            </w:r>
          </w:p>
        </w:tc>
      </w:tr>
      <w:tr>
        <w:tc>
          <w:tcPr>
            <w:tcW w:type="dxa" w:w="1814"/>
            <w:tcMar>
              <w:top w:w="65" w:type="dxa"/>
              <w:start w:w="90" w:type="dxa"/>
              <w:bottom w:w="65" w:type="dxa"/>
              <w:end w:w="90" w:type="dxa"/>
            </w:tcMar>
            <w:tcBorders>
              <w:bottom w:val="single" w:sz="4" w:color="D8DADD"/>
            </w:tcBorders>
          </w:tcPr>
          <w:p>
            <w:pPr>
              <w:spacing w:after="0"/>
            </w:pPr>
            <w:r>
              <w:rPr>
                <w:b/>
                <w:color w:val="6E7278"/>
                <w:sz w:val="16"/>
              </w:rPr>
              <w:t>Signature</w:t>
            </w:r>
          </w:p>
        </w:tc>
        <w:tc>
          <w:tcPr>
            <w:tcW w:type="dxa" w:w="3288"/>
            <w:tcMar>
              <w:top w:w="65" w:type="dxa"/>
              <w:start w:w="90" w:type="dxa"/>
              <w:bottom w:w="65" w:type="dxa"/>
              <w:end w:w="90" w:type="dxa"/>
            </w:tcMar>
            <w:tcBorders>
              <w:bottom w:val="single" w:sz="4" w:color="D8DADD"/>
            </w:tcBorders>
          </w:tcPr>
          <w:p>
            <w:pPr>
              <w:spacing w:after="0"/>
            </w:pPr>
            <w:r>
              <w:rPr>
                <w:sz w:val="16"/>
              </w:rPr>
              <w:t>[Signature]</w:t>
            </w:r>
          </w:p>
        </w:tc>
        <w:tc>
          <w:tcPr>
            <w:tcW w:type="dxa" w:w="1814"/>
            <w:tcMar>
              <w:top w:w="65" w:type="dxa"/>
              <w:start w:w="90" w:type="dxa"/>
              <w:bottom w:w="65" w:type="dxa"/>
              <w:end w:w="90" w:type="dxa"/>
            </w:tcMar>
            <w:tcBorders>
              <w:bottom w:val="single" w:sz="4" w:color="D8DADD"/>
            </w:tcBorders>
          </w:tcPr>
          <w:p>
            <w:pPr>
              <w:spacing w:after="0"/>
            </w:pPr>
            <w:r>
              <w:rPr>
                <w:b/>
                <w:color w:val="6E7278"/>
                <w:sz w:val="16"/>
              </w:rPr>
            </w:r>
          </w:p>
        </w:tc>
        <w:tc>
          <w:tcPr>
            <w:tcW w:type="dxa" w:w="3288"/>
            <w:tcMar>
              <w:top w:w="65" w:type="dxa"/>
              <w:start w:w="90" w:type="dxa"/>
              <w:bottom w:w="65" w:type="dxa"/>
              <w:end w:w="90" w:type="dxa"/>
            </w:tcMar>
            <w:tcBorders>
              <w:bottom w:val="single" w:sz="4" w:color="D8DADD"/>
            </w:tcBorders>
          </w:tcPr>
          <w:p>
            <w:pPr>
              <w:spacing w:after="0"/>
            </w:pPr>
            <w:r>
              <w:rPr>
                <w:sz w:val="16"/>
              </w:rPr>
            </w:r>
          </w:p>
        </w:tc>
      </w:tr>
    </w:tbl>
    <w:p>
      <w:pPr>
        <w:spacing w:after="80" w:line="240" w:lineRule="auto"/>
      </w:pPr>
      <w:r>
        <w:rPr>
          <w:i/>
          <w:color w:val="6E7278"/>
          <w:sz w:val="15"/>
        </w:rPr>
        <w:t>Template by Quotewright. Check applicable tax, licence, contract and consumer requirements for the job and location. This template is not legal advice.</w:t>
      </w:r>
    </w:p>
    <w:sectPr w:rsidR="00FC693F" w:rsidRPr="0006063C" w:rsidSect="00034616">
      <w:footerReference w:type="default" r:id="rId9"/>
      <w:pgSz w:w="11906" w:h="16838"/>
      <w:pgMar w:top="794" w:right="794" w:bottom="794"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60"/>
      <w:jc w:val="center"/>
    </w:pPr>
    <w:r>
      <w:rPr>
        <w:rFonts w:ascii="Arial" w:hAnsi="Arial"/>
        <w:color w:val="6E7278"/>
        <w:sz w:val="15"/>
      </w:rPr>
      <w:t>Template by Quotewright | quotewright.co</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color w:val="0D0E10"/>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0D0E1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0D0E1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Painting Quote Template</dc:title>
  <dc:subject>Blank painting quote template</dc:subject>
  <dc:creator>Quotewright</dc:creator>
  <cp:keywords/>
  <dc:description>generated by python-docx</dc:description>
  <cp:lastModifiedBy/>
  <cp:revision>1</cp:revision>
  <dcterms:created xsi:type="dcterms:W3CDTF">2013-12-23T23:15:00Z</dcterms:created>
  <dcterms:modified xsi:type="dcterms:W3CDTF">2013-12-23T23:15:00Z</dcterms:modified>
  <cp:category/>
</cp:coreProperties>
</file>